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1DF4A" w14:textId="77777777" w:rsidR="001773E8" w:rsidRDefault="007F1EE6">
      <w:pPr>
        <w:pStyle w:val="Title"/>
      </w:pPr>
      <w:bookmarkStart w:id="0" w:name="_GoBack"/>
      <w:bookmarkEnd w:id="0"/>
      <w:r>
        <w:t>AI Marketing Checklist for Tax Professionals</w:t>
      </w:r>
    </w:p>
    <w:p w14:paraId="0D500A94" w14:textId="77777777" w:rsidR="001773E8" w:rsidRDefault="007F1EE6">
      <w:pPr>
        <w:pStyle w:val="Heading1"/>
      </w:pPr>
      <w:r>
        <w:t>Step 1: Content Idea Generation</w:t>
      </w:r>
    </w:p>
    <w:p w14:paraId="52B28A6F" w14:textId="77777777" w:rsidR="001773E8" w:rsidRDefault="007F1EE6">
      <w:pPr>
        <w:pStyle w:val="ListBullet"/>
      </w:pPr>
      <w:r>
        <w:t>• Use ChatGPT to generate video/blog topics.</w:t>
      </w:r>
    </w:p>
    <w:p w14:paraId="2675A6C8" w14:textId="77777777" w:rsidR="001773E8" w:rsidRDefault="007F1EE6">
      <w:pPr>
        <w:pStyle w:val="ListBullet"/>
      </w:pPr>
      <w:r>
        <w:t>• Use AnswerThePublic to find real client questions.</w:t>
      </w:r>
    </w:p>
    <w:p w14:paraId="0A8C1410" w14:textId="77777777" w:rsidR="001773E8" w:rsidRDefault="007F1EE6">
      <w:pPr>
        <w:pStyle w:val="ListBullet"/>
      </w:pPr>
      <w:r>
        <w:t>• Search: 'Give me 10 video ideas about IRS Letter 11' or 'What questions would someone ask if they owe back taxes?'</w:t>
      </w:r>
    </w:p>
    <w:p w14:paraId="3AEA4F47" w14:textId="77777777" w:rsidR="001773E8" w:rsidRDefault="007F1EE6">
      <w:pPr>
        <w:pStyle w:val="Heading1"/>
      </w:pPr>
      <w:r>
        <w:t>Step 2: Record Your Video</w:t>
      </w:r>
    </w:p>
    <w:p w14:paraId="49F029BD" w14:textId="77777777" w:rsidR="001773E8" w:rsidRDefault="007F1EE6">
      <w:pPr>
        <w:pStyle w:val="ListBullet"/>
      </w:pPr>
      <w:r>
        <w:t>• Use your smartphone or webcam.</w:t>
      </w:r>
    </w:p>
    <w:p w14:paraId="1D7E146C" w14:textId="77777777" w:rsidR="001773E8" w:rsidRDefault="007F1EE6">
      <w:pPr>
        <w:pStyle w:val="ListBullet"/>
      </w:pPr>
      <w:r>
        <w:t>• Use StreamYard for added features like banners and branding.</w:t>
      </w:r>
    </w:p>
    <w:p w14:paraId="08E24822" w14:textId="77777777" w:rsidR="001773E8" w:rsidRDefault="007F1EE6">
      <w:pPr>
        <w:pStyle w:val="ListBullet"/>
      </w:pPr>
      <w:r>
        <w:t>• Use Loom if you're camera-shy (record PowerPoint + voice).</w:t>
      </w:r>
    </w:p>
    <w:p w14:paraId="6BF5EC1B" w14:textId="77777777" w:rsidR="001773E8" w:rsidRDefault="007F1EE6">
      <w:pPr>
        <w:pStyle w:val="ListBullet"/>
      </w:pPr>
      <w:r>
        <w:t>• Keep it short (1–6 minutes) and authentic.</w:t>
      </w:r>
    </w:p>
    <w:p w14:paraId="546FCB02" w14:textId="77777777" w:rsidR="001773E8" w:rsidRDefault="007F1EE6">
      <w:pPr>
        <w:pStyle w:val="Heading1"/>
      </w:pPr>
      <w:r>
        <w:t>Step 3: Clean &amp; Edit Video</w:t>
      </w:r>
    </w:p>
    <w:p w14:paraId="5FCBE7A9" w14:textId="77777777" w:rsidR="001773E8" w:rsidRDefault="007F1EE6">
      <w:pPr>
        <w:pStyle w:val="ListBullet"/>
      </w:pPr>
      <w:r>
        <w:t>• Use Descript to auto-remove filler words (um, uh, etc.).</w:t>
      </w:r>
    </w:p>
    <w:p w14:paraId="2C8339BA" w14:textId="77777777" w:rsidR="001773E8" w:rsidRDefault="007F1EE6">
      <w:pPr>
        <w:pStyle w:val="ListBullet"/>
      </w:pPr>
      <w:r>
        <w:t>• Trim retakes and tighten gaps.</w:t>
      </w:r>
    </w:p>
    <w:p w14:paraId="414A6DA9" w14:textId="77777777" w:rsidR="001773E8" w:rsidRDefault="007F1EE6">
      <w:pPr>
        <w:pStyle w:val="ListBullet"/>
      </w:pPr>
      <w:r>
        <w:t>• Download the clean version for publishing.</w:t>
      </w:r>
    </w:p>
    <w:p w14:paraId="5F5DC51C" w14:textId="77777777" w:rsidR="001773E8" w:rsidRDefault="007F1EE6">
      <w:pPr>
        <w:pStyle w:val="Heading1"/>
      </w:pPr>
      <w:r>
        <w:t>Step 4: Generate Written Content</w:t>
      </w:r>
    </w:p>
    <w:p w14:paraId="2B5F9F69" w14:textId="77777777" w:rsidR="001773E8" w:rsidRDefault="007F1EE6">
      <w:pPr>
        <w:pStyle w:val="ListBullet"/>
      </w:pPr>
      <w:r>
        <w:t>• Use Castmagic or ChatGPT to create:</w:t>
      </w:r>
    </w:p>
    <w:p w14:paraId="0E7349A0" w14:textId="77777777" w:rsidR="001773E8" w:rsidRDefault="007F1EE6">
      <w:pPr>
        <w:pStyle w:val="ListBullet"/>
      </w:pPr>
      <w:r>
        <w:t>• - Video titles and descriptions</w:t>
      </w:r>
    </w:p>
    <w:p w14:paraId="77DC47BA" w14:textId="77777777" w:rsidR="001773E8" w:rsidRDefault="007F1EE6">
      <w:pPr>
        <w:pStyle w:val="ListBullet"/>
      </w:pPr>
      <w:r>
        <w:t>• - LinkedIn and Facebook posts</w:t>
      </w:r>
    </w:p>
    <w:p w14:paraId="58B8AB25" w14:textId="77777777" w:rsidR="001773E8" w:rsidRDefault="007F1EE6">
      <w:pPr>
        <w:pStyle w:val="ListBullet"/>
      </w:pPr>
      <w:r>
        <w:t>• - Blog post and newsletter</w:t>
      </w:r>
    </w:p>
    <w:p w14:paraId="3F8A9EF5" w14:textId="77777777" w:rsidR="001773E8" w:rsidRDefault="007F1EE6">
      <w:pPr>
        <w:pStyle w:val="ListBullet"/>
      </w:pPr>
      <w:r>
        <w:t>• - Instagram and tweet threads</w:t>
      </w:r>
    </w:p>
    <w:p w14:paraId="4400E1CA" w14:textId="77777777" w:rsidR="001773E8" w:rsidRDefault="007F1EE6">
      <w:pPr>
        <w:pStyle w:val="ListBullet"/>
      </w:pPr>
      <w:r>
        <w:t>• - Key takeaways and quotes</w:t>
      </w:r>
    </w:p>
    <w:p w14:paraId="70E2D27A" w14:textId="77777777" w:rsidR="001773E8" w:rsidRDefault="007F1EE6">
      <w:pPr>
        <w:pStyle w:val="Heading1"/>
      </w:pPr>
      <w:r>
        <w:t>Step 5: Create Short Video Clips</w:t>
      </w:r>
    </w:p>
    <w:p w14:paraId="48B19931" w14:textId="77777777" w:rsidR="001773E8" w:rsidRDefault="007F1EE6">
      <w:pPr>
        <w:pStyle w:val="ListBullet"/>
      </w:pPr>
      <w:r>
        <w:t>• Use Opus Clip to turn your long video into 10+ short clips.</w:t>
      </w:r>
    </w:p>
    <w:p w14:paraId="604EC4D7" w14:textId="77777777" w:rsidR="001773E8" w:rsidRDefault="007F1EE6">
      <w:pPr>
        <w:pStyle w:val="ListBullet"/>
      </w:pPr>
      <w:r>
        <w:t>• Post on YouTube Shorts, Instagram Reels, Facebook, TikTok.</w:t>
      </w:r>
    </w:p>
    <w:p w14:paraId="48E2565B" w14:textId="77777777" w:rsidR="001773E8" w:rsidRDefault="007F1EE6">
      <w:pPr>
        <w:pStyle w:val="Heading1"/>
      </w:pPr>
      <w:r>
        <w:t>Step 6: Upload &amp; Promote</w:t>
      </w:r>
    </w:p>
    <w:p w14:paraId="2E17AA44" w14:textId="77777777" w:rsidR="001773E8" w:rsidRDefault="007F1EE6">
      <w:pPr>
        <w:pStyle w:val="ListBullet"/>
      </w:pPr>
      <w:r>
        <w:t>• Post full video on YouTube using Castmagic-generated title and description.</w:t>
      </w:r>
    </w:p>
    <w:p w14:paraId="5CEBB7EF" w14:textId="77777777" w:rsidR="001773E8" w:rsidRDefault="007F1EE6">
      <w:pPr>
        <w:pStyle w:val="ListBullet"/>
      </w:pPr>
      <w:r>
        <w:lastRenderedPageBreak/>
        <w:t>• Publish short clips on social platforms.</w:t>
      </w:r>
    </w:p>
    <w:p w14:paraId="59FC45BB" w14:textId="77777777" w:rsidR="001773E8" w:rsidRDefault="007F1EE6">
      <w:pPr>
        <w:pStyle w:val="ListBullet"/>
      </w:pPr>
      <w:r>
        <w:t>• Email your list with content from Castmagic.</w:t>
      </w:r>
    </w:p>
    <w:p w14:paraId="3E0C0514" w14:textId="77777777" w:rsidR="001773E8" w:rsidRDefault="007F1EE6">
      <w:pPr>
        <w:pStyle w:val="Heading1"/>
      </w:pPr>
      <w:r>
        <w:t>Optional: Use a Lead Magnet to Capture Emails</w:t>
      </w:r>
    </w:p>
    <w:p w14:paraId="6E2BAA8D" w14:textId="77777777" w:rsidR="001773E8" w:rsidRDefault="007F1EE6">
      <w:pPr>
        <w:pStyle w:val="ListBullet"/>
      </w:pPr>
      <w:r>
        <w:t>• Offer a free ebook, checklist, or video guide.</w:t>
      </w:r>
    </w:p>
    <w:p w14:paraId="1C3ADEB5" w14:textId="77777777" w:rsidR="001773E8" w:rsidRDefault="007F1EE6">
      <w:pPr>
        <w:pStyle w:val="ListBullet"/>
      </w:pPr>
      <w:r>
        <w:t>• Examples: 'Top 5 IRS Tax Mistakes', 'Guide to IRS Letter 11'</w:t>
      </w:r>
    </w:p>
    <w:p w14:paraId="197E866B" w14:textId="77777777" w:rsidR="001773E8" w:rsidRDefault="007F1EE6">
      <w:pPr>
        <w:pStyle w:val="ListBullet"/>
      </w:pPr>
      <w:r>
        <w:t>• Use ConvertKit, Mailchimp, or Leadpages for landing pages.</w:t>
      </w:r>
    </w:p>
    <w:sectPr w:rsidR="001773E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773E8"/>
    <w:rsid w:val="0029639D"/>
    <w:rsid w:val="00326F90"/>
    <w:rsid w:val="004A7351"/>
    <w:rsid w:val="007F1EE6"/>
    <w:rsid w:val="00AA1D8D"/>
    <w:rsid w:val="00B47730"/>
    <w:rsid w:val="00CB0664"/>
    <w:rsid w:val="00F16C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D015CF"/>
  <w14:defaultImageDpi w14:val="330"/>
  <w15:docId w15:val="{6013FF58-C507-4344-973E-55DF4F26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D01CC8-2E18-4FAA-8804-F1B377793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1247</Characters>
  <Application>Microsoft Office Word</Application>
  <DocSecurity>0</DocSecurity>
  <PresentationFormat>15|.DOCX</PresentationFormat>
  <Lines>34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Eric Green</cp:lastModifiedBy>
  <cp:revision>2</cp:revision>
  <dcterms:created xsi:type="dcterms:W3CDTF">2025-04-18T01:01:00Z</dcterms:created>
  <dcterms:modified xsi:type="dcterms:W3CDTF">2025-04-18T01:01:00Z</dcterms:modified>
  <cp:category/>
</cp:coreProperties>
</file>